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인천 관광 자주 묻는 질문 (실습용)</w:t>
      </w:r>
    </w:p>
    <w:p>
      <w:r>
        <w:t>※ 교육 실습용 자료입니다. '(기사)' 표시는 보도 내용을 옮긴 것이고, '(가상)' 표시는 연습을 위해 만든 예시입니다.</w:t>
      </w:r>
    </w:p>
    <w:p>
      <w:pPr>
        <w:pStyle w:val="Heading3"/>
      </w:pPr>
      <w:r>
        <w:t>Q. 인천 국제 크루즈 입항은 얼마나 늘었나요?</w:t>
      </w:r>
    </w:p>
    <w:p>
      <w:r>
        <w:t>A. 2023년 12항차, 2024년 15항차, 2025년 32항차였고, 2026년에는 130항차가 예정돼 있습니다. (기사)</w:t>
      </w:r>
    </w:p>
    <w:p>
      <w:pPr>
        <w:pStyle w:val="Heading3"/>
      </w:pPr>
      <w:r>
        <w:t>Q. 크루즈 관광객을 위한 무료 셔틀이 있나요?</w:t>
      </w:r>
    </w:p>
    <w:p>
      <w:r>
        <w:t>A. 무료 셔틀 확대를 추진할 계획이라고 보도됐습니다. 운영 노선과 시간은 확인이 필요합니다. (기사, 세부는 확인 필요)</w:t>
      </w:r>
    </w:p>
    <w:p>
      <w:pPr>
        <w:pStyle w:val="Heading3"/>
      </w:pPr>
      <w:r>
        <w:t>Q. 외국인 관광객이 쓸 수 있는 관광 앱이 있나요?</w:t>
      </w:r>
    </w:p>
    <w:p>
      <w:r>
        <w:t>A. 스마트 관광 앱 '인천e지' 활용을 확대할 계획이라고 보도됐습니다. 지원 언어는 확인이 필요합니다. (기사, 세부는 확인 필요)</w:t>
      </w:r>
    </w:p>
    <w:p>
      <w:pPr>
        <w:pStyle w:val="Heading3"/>
      </w:pPr>
      <w:r>
        <w:t>Q. 문화 행사를 저렴하게 즐길 수 있나요?</w:t>
      </w:r>
    </w:p>
    <w:p>
      <w:r>
        <w:t>A. '천원 문화티켓'이 2026년부터 연중 운영된다고 보도됐습니다. (기사)</w:t>
      </w:r>
    </w:p>
    <w:p>
      <w:pPr>
        <w:pStyle w:val="Heading3"/>
      </w:pPr>
      <w:r>
        <w:t>Q. 차이나타운에서 가장 가까운 지하철역은 어디인가요?</w:t>
      </w:r>
    </w:p>
    <w:p>
      <w:r>
        <w:t>A. 이 문서에는 해당 정보가 없습니다. 자료에 없는 내용은 추측하지 않고 확인이 필요하다고 답해야 합니다. (가상 함정 질문)</w:t>
      </w:r>
    </w:p>
    <w:p>
      <w:pPr>
        <w:pStyle w:val="Heading3"/>
      </w:pPr>
      <w:r>
        <w:t>Q. 반나절 코스로 어디를 추천하나요?</w:t>
      </w:r>
    </w:p>
    <w:p>
      <w:r>
        <w:t>A. 원도심(개항장, 차이나타운)을 도보로 둘러보는 코스를 추천합니다. 이용 시간과 요금은 방문 전 확인이 필요합니다. (가상)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